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תיבת נח והקשת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תיבת נח ואת משמעות הקשת כסימן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אחריות כלפי בעלי חיים ועולם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על עצמו ועל בעלי החיים מהמבול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ענף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סימן לברית שלא יהיה עוד מבול שיכחיד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קיבל הוראות מדויקות לבניית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נח ומשפחתו נכנסו יחד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רק בפעם השנייה היא הביאה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הקשת נוצרת כשיש אור שמש וגשם יחד,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(בנה את התיבה ושמר על בעלי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(הביאה סימן שהמים פחתו)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לברית שלא יהיה עוד מבול)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(שטף את העולם כעונש)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(נכנסו איתו לתיבה)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האלוקים מצווה על נח לבנות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 ומשפחתו נכנסים לתיבה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גדול והמבול מציף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 שולח יונה לבדוק אם המים 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היונה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מופיעה קשת בשמיים כסימן לברית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תיאור תחושות היונה, תיאור הטיסה והחיפוש אחרי 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אישית לשמירה על הסביבה, בעלי חיים או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להציל אנשים ובעלי חיים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לברית שלא יהיה עוד מבול שיכחיד את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קשת אמיתית שראו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משחק הרצף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תשובות אישיות ולא רק שחזור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תיבת נח והקשת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נלמד על נח שבנה תיבה כדי להציל את בעלי החיים והמשפחה שלו מהמבול, ועל הקשת שמופיעה בשמיים כסימן הבטחה.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בנה נח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על עצמו ועל בעלי החיים מהמבול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לנסוע למסע ארוך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לבנות בית חדש לעירו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ולילות ירד הגשם של 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מאות שישים וחמישה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הביאה היונה בפעם שבה חזרה עם סימן שהמים פחתו?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ענף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מסמלת הקשת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לברית שלא יהיה עוד מבול שיכחיד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לסערה שתבוא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קישוט בשמיים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לאסון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בני אדם נכנסו לתיבה יחד עם נח?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את התיבה כפי שציווה עליו האלוקים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בתיבה היו רק בעלי חיים, בלי אנשים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בפעם הראשונה היונה חזרה אל התיבה בלי שום דבר בפה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מופיעה בשמיים רק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הכניס לתיבה __________ מכל סוגי בעלי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היונה הביאה בפיה עלה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הקשת היא סימן ל__________ בין האלוקים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המבול נמשך __________ יום ולילה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שטף את העולם כעונש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בנה את התיבה ושמר על בעלי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נכנסו איתו לתיבה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לברית שלא יהיה עוד מבול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בני משפחתו של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הביאה סימן שהמים פחתו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גדול והמבול מציף את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היונה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ומשפחתו נכנסים לתיבה עם בעלי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מופיעה קשת בשמיים כסימן לברית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האלוקים מצווה על נח לבנות 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 לבדוק אם המים פחתו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ביומן דמיוני של היונה, ביום שבו יצאה לראשונה מהתיבה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מבטיחים לשמור עליו בעולם, בעקבות סיפור הקשת? כתבו הבטחה אישית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בנה נח את התיבה?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הקשת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אחריות כלפי בעלי חיים ועולם?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תיבת נח והקשת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