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תיבת נח והקשת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תיבת נח ואת משמעות הקשת כסימן 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אחריות כלפי בעלי חיים ועולם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לשמור על עצמו ועל בעלי החיים מהמבול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ענף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סימן לברית שלא יהיה עוד מבול שיכחיד את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נח קיבל הוראות מדויקות לבניית התיבה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נח ומשפחתו נכנסו יחד עם בעלי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רק בפעם השנייה היא הביאה עלה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הקשת נוצרת כשיש אור שמש וגשם יחד, ביום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ארבעים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(בנה את התיבה ושמר על בעלי החיים)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(הביאה סימן שהמים פחתו)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(סימן לברית שלא יהיה עוד מבול)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(שטף את העולם כעונש)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(נכנסו איתו לתיבה)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סיפור התיבה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האלוקים מצווה על נח לבנות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 ומשפחתו נכנסים לתיבה עם בעלי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 גשם גדול והמבול מציף את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 שולח יונה לבדוק אם המים פחתו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היונה חוזרת עם עלה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מופיעה קשת בשמיים כסימן לברית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תיאור תחושות היונה, תיאור הטיסה והחיפוש אחרי יבשה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התייחסות אישית לשמירה על הסביבה, בעלי חיים או אנשים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להציל אנשים ובעלי חיים מהמבול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סימן לברית שלא יהיה עוד מבול שיכחיד את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ערך האחריות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קשת אמיתית שראו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משחק הרצף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תשובות אישיות ולא רק שחזור הסיפור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תיבת נח והקשת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נח בנה סירה גדולה. הוא שם בה בעלי חיים ואת המשפחה שלו. אחרי הגשם הגדול, הופיעה קשת בשמיים. הקשת היא סימן של הבטחה.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סירה גדולה מאוד שבנה נח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שיטפון ענק שכיסה את כל העולם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קשת צבעונית שמופיעה בשמיים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בין שני צדדים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שניים, זכר ונקבה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שממנו הביאה היונה עלה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ששלח נח מהתיבה לבדוק את המצב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נח בנה את התיבה?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לשמור על עצמו ועל בעלי החיים מהמבול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לנסוע למסע ארוך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לבנות בית חדש לעירו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למכור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ירד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מאות שישים וחמישה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הביאה היונה?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ענף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הקשת מסמלת?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סימן לברית שלא יהיה עוד מבול שיכחיד את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לסערה שתבוא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קישוט בשמיים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סימן לאסון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אנשים היו בתיבה?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שנים עשר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בנה את התיבה כפי שציווה עליו האלוקים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בתיבה היו רק בעלי חיים, בלי אנשים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בפעם הראשונה היונה חזרה אל התיבה בלי שום דבר בפה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הקשת מופיעה בשמיים רק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נח הכניס לתיבה __________ מכל סוגי בעלי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היונה הביאה בפיה עלה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הקשת היא סימן ל__________ בין האלוקים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המבול נמשך __________ יום ולילה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הביאה סימן שהמים פחתו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שטף את העולם כעונש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נכנסו איתו לתיבה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בנה את התיבה ושמר על בעלי החיים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בני משפחתו של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סימן לברית שלא יהיה עוד מבול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סיפור התיבה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שולח יונה לבדוק אם המים פחתו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מופיעה קשת בשמיים כסימן לברית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היונה חוזרת עם עלה 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גדול והמבול מציף את העולם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האלוקים מצווה על נח לבנות תיבה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ומשפחתו נכנסים לתיבה עם בעלי החיים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ביומן דמיוני של היונה, ביום שבו יצאה לראשונה מהתיבה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אתם מבטיחים לשמור עליו בעולם, בעקבות סיפור הקשת? כתבו הבטחה אישית 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בנה נח את התיבה?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מסמלת הקשת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על אחריות כלפי בעלי חיים ועולם?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תיבת נח והקשת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